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7"/>
        <w:gridCol w:w="5047"/>
      </w:tblGrid>
      <w:tr w:rsidR="002329B9" w14:paraId="3C547253" w14:textId="77777777">
        <w:tc>
          <w:tcPr>
            <w:tcW w:w="5047" w:type="dxa"/>
          </w:tcPr>
          <w:p w14:paraId="66601230" w14:textId="72CF7482" w:rsidR="002329B9" w:rsidRDefault="002329B9">
            <w:pPr>
              <w:rPr>
                <w:rFonts w:hint="eastAsia"/>
              </w:rPr>
            </w:pPr>
          </w:p>
        </w:tc>
        <w:tc>
          <w:tcPr>
            <w:tcW w:w="5047" w:type="dxa"/>
          </w:tcPr>
          <w:p w14:paraId="2CE3DAFA" w14:textId="1BB588BA" w:rsidR="002329B9" w:rsidRDefault="002329B9">
            <w:pPr>
              <w:rPr>
                <w:rFonts w:hint="eastAsia"/>
              </w:rPr>
            </w:pPr>
          </w:p>
        </w:tc>
      </w:tr>
    </w:tbl>
    <w:p w14:paraId="0EB2BB43" w14:textId="77777777" w:rsidR="002329B9" w:rsidRDefault="004D1053" w:rsidP="004D1053">
      <w:pPr>
        <w:spacing w:before="200" w:after="60"/>
        <w:jc w:val="center"/>
        <w:rPr>
          <w:rFonts w:hint="eastAsia"/>
        </w:rPr>
      </w:pPr>
      <w:r>
        <w:rPr>
          <w:b/>
          <w:color w:val="173C68"/>
          <w:sz w:val="24"/>
        </w:rPr>
        <w:t>DOMANDA DI ISCRIZIONE ALLA LUDOTECA COMUNALE</w:t>
      </w:r>
    </w:p>
    <w:p w14:paraId="79C6BC66" w14:textId="77777777" w:rsidR="002329B9" w:rsidRDefault="004D1053" w:rsidP="004D1053">
      <w:pPr>
        <w:spacing w:after="80"/>
        <w:jc w:val="center"/>
        <w:rPr>
          <w:rFonts w:hint="eastAsia"/>
        </w:rPr>
      </w:pPr>
      <w:r>
        <w:rPr>
          <w:color w:val="545D68"/>
          <w:sz w:val="17"/>
        </w:rPr>
        <w:t>Bambini da 0 a 3 anni  |  Termine di presentazione: 9 ottobre 2026</w:t>
      </w:r>
    </w:p>
    <w:p w14:paraId="41DD9B5F" w14:textId="77777777" w:rsidR="004D1053" w:rsidRDefault="004D1053">
      <w:pPr>
        <w:pBdr>
          <w:bottom w:val="single" w:sz="4" w:space="0" w:color="B9C3CC"/>
        </w:pBdr>
        <w:spacing w:before="140" w:after="120"/>
        <w:rPr>
          <w:b/>
          <w:color w:val="173C68"/>
          <w:sz w:val="19"/>
        </w:rPr>
      </w:pPr>
    </w:p>
    <w:p w14:paraId="583684B2" w14:textId="1E4B17D2" w:rsidR="002329B9" w:rsidRDefault="004D1053">
      <w:pPr>
        <w:pBdr>
          <w:bottom w:val="single" w:sz="4" w:space="0" w:color="B9C3CC"/>
        </w:pBdr>
        <w:spacing w:before="140" w:after="120"/>
        <w:rPr>
          <w:b/>
          <w:color w:val="173C68"/>
          <w:sz w:val="19"/>
        </w:rPr>
      </w:pPr>
      <w:r>
        <w:rPr>
          <w:b/>
          <w:color w:val="173C68"/>
          <w:sz w:val="19"/>
        </w:rPr>
        <w:t xml:space="preserve">DATI DEL GENITORE </w:t>
      </w:r>
    </w:p>
    <w:p w14:paraId="7DD74417" w14:textId="77777777" w:rsidR="00E3169A" w:rsidRDefault="00E3169A">
      <w:pPr>
        <w:pBdr>
          <w:bottom w:val="single" w:sz="4" w:space="0" w:color="B9C3CC"/>
        </w:pBdr>
        <w:spacing w:before="140" w:after="120"/>
        <w:rPr>
          <w:rFonts w:hint="eastAsia"/>
        </w:rPr>
      </w:pPr>
    </w:p>
    <w:p w14:paraId="3E8D9361" w14:textId="77777777" w:rsidR="002329B9" w:rsidRDefault="004D1053">
      <w:pPr>
        <w:spacing w:after="80"/>
        <w:rPr>
          <w:rFonts w:hint="eastAsia"/>
        </w:rPr>
      </w:pPr>
      <w:r>
        <w:rPr>
          <w:color w:val="545D68"/>
          <w:sz w:val="16"/>
        </w:rPr>
        <w:t>Il/La sottoscritto/a (nome e cognome)</w:t>
      </w:r>
    </w:p>
    <w:p w14:paraId="585BCD99" w14:textId="77777777" w:rsidR="002329B9" w:rsidRDefault="004D1053">
      <w:pPr>
        <w:spacing w:after="100"/>
        <w:rPr>
          <w:rFonts w:hint="eastAsia"/>
        </w:rPr>
      </w:pPr>
      <w:r>
        <w:rPr>
          <w:color w:val="AAB4BE"/>
          <w:sz w:val="16"/>
        </w:rPr>
        <w:t>_________________________________________________________________________________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7"/>
        <w:gridCol w:w="5047"/>
      </w:tblGrid>
      <w:tr w:rsidR="002329B9" w14:paraId="4B1B021F" w14:textId="77777777">
        <w:tc>
          <w:tcPr>
            <w:tcW w:w="5047" w:type="dxa"/>
          </w:tcPr>
          <w:p w14:paraId="54EB4CDC" w14:textId="77777777" w:rsidR="002329B9" w:rsidRDefault="004D1053">
            <w:pPr>
              <w:spacing w:after="80"/>
              <w:rPr>
                <w:rFonts w:hint="eastAsia"/>
              </w:rPr>
            </w:pPr>
            <w:r>
              <w:rPr>
                <w:color w:val="545D68"/>
                <w:sz w:val="16"/>
              </w:rPr>
              <w:t>Nato/a a</w:t>
            </w:r>
          </w:p>
          <w:p w14:paraId="61F06B70" w14:textId="77777777" w:rsidR="002329B9" w:rsidRDefault="004D1053">
            <w:pPr>
              <w:spacing w:after="100"/>
              <w:rPr>
                <w:rFonts w:hint="eastAsia"/>
              </w:rPr>
            </w:pPr>
            <w:r>
              <w:rPr>
                <w:color w:val="AAB4BE"/>
                <w:sz w:val="16"/>
              </w:rPr>
              <w:t>________________________________________</w:t>
            </w:r>
          </w:p>
        </w:tc>
        <w:tc>
          <w:tcPr>
            <w:tcW w:w="5047" w:type="dxa"/>
          </w:tcPr>
          <w:p w14:paraId="5F568785" w14:textId="77777777" w:rsidR="002329B9" w:rsidRDefault="004D1053">
            <w:pPr>
              <w:spacing w:after="80"/>
              <w:rPr>
                <w:rFonts w:hint="eastAsia"/>
              </w:rPr>
            </w:pPr>
            <w:r>
              <w:rPr>
                <w:color w:val="545D68"/>
                <w:sz w:val="16"/>
              </w:rPr>
              <w:t>Il (gg/mm/aaaa)</w:t>
            </w:r>
          </w:p>
          <w:p w14:paraId="1599DF5F" w14:textId="77777777" w:rsidR="002329B9" w:rsidRDefault="004D1053">
            <w:pPr>
              <w:spacing w:after="100"/>
              <w:rPr>
                <w:rFonts w:hint="eastAsia"/>
              </w:rPr>
            </w:pPr>
            <w:r>
              <w:rPr>
                <w:color w:val="AAB4BE"/>
                <w:sz w:val="16"/>
              </w:rPr>
              <w:t>________________________________________</w:t>
            </w:r>
          </w:p>
        </w:tc>
      </w:tr>
    </w:tbl>
    <w:p w14:paraId="662D4B75" w14:textId="77777777" w:rsidR="002329B9" w:rsidRDefault="004D1053">
      <w:pPr>
        <w:spacing w:after="80"/>
        <w:rPr>
          <w:rFonts w:hint="eastAsia"/>
        </w:rPr>
      </w:pPr>
      <w:r>
        <w:rPr>
          <w:color w:val="545D68"/>
          <w:sz w:val="16"/>
        </w:rPr>
        <w:t>Codice fiscale</w:t>
      </w:r>
    </w:p>
    <w:p w14:paraId="72B4AC6E" w14:textId="77777777" w:rsidR="002329B9" w:rsidRDefault="004D1053">
      <w:pPr>
        <w:spacing w:after="100"/>
        <w:rPr>
          <w:rFonts w:hint="eastAsia"/>
        </w:rPr>
      </w:pPr>
      <w:r>
        <w:rPr>
          <w:color w:val="AAB4BE"/>
          <w:sz w:val="16"/>
        </w:rPr>
        <w:t>_________________________________________________________________________________</w:t>
      </w:r>
    </w:p>
    <w:p w14:paraId="1847EB81" w14:textId="77777777" w:rsidR="002329B9" w:rsidRDefault="004D1053">
      <w:pPr>
        <w:spacing w:after="80"/>
        <w:rPr>
          <w:rFonts w:hint="eastAsia"/>
        </w:rPr>
      </w:pPr>
      <w:r>
        <w:rPr>
          <w:color w:val="545D68"/>
          <w:sz w:val="16"/>
        </w:rPr>
        <w:t>Residente in (Comune, via e numero civico)</w:t>
      </w:r>
    </w:p>
    <w:p w14:paraId="1A226AF0" w14:textId="77777777" w:rsidR="002329B9" w:rsidRDefault="004D1053">
      <w:pPr>
        <w:spacing w:after="100"/>
        <w:rPr>
          <w:rFonts w:hint="eastAsia"/>
        </w:rPr>
      </w:pPr>
      <w:r>
        <w:rPr>
          <w:color w:val="AAB4BE"/>
          <w:sz w:val="16"/>
        </w:rPr>
        <w:t>_________________________________________________________________________________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7"/>
        <w:gridCol w:w="5047"/>
      </w:tblGrid>
      <w:tr w:rsidR="002329B9" w14:paraId="3A68100F" w14:textId="77777777">
        <w:tc>
          <w:tcPr>
            <w:tcW w:w="5047" w:type="dxa"/>
          </w:tcPr>
          <w:p w14:paraId="356D4012" w14:textId="77777777" w:rsidR="002329B9" w:rsidRDefault="004D1053">
            <w:pPr>
              <w:spacing w:after="80"/>
              <w:rPr>
                <w:rFonts w:hint="eastAsia"/>
              </w:rPr>
            </w:pPr>
            <w:r>
              <w:rPr>
                <w:color w:val="545D68"/>
                <w:sz w:val="16"/>
              </w:rPr>
              <w:t>Telefono</w:t>
            </w:r>
          </w:p>
          <w:p w14:paraId="3B3FC5EF" w14:textId="77777777" w:rsidR="002329B9" w:rsidRDefault="004D1053">
            <w:pPr>
              <w:spacing w:after="100"/>
              <w:rPr>
                <w:rFonts w:hint="eastAsia"/>
              </w:rPr>
            </w:pPr>
            <w:r>
              <w:rPr>
                <w:color w:val="AAB4BE"/>
                <w:sz w:val="16"/>
              </w:rPr>
              <w:t>________________________________________</w:t>
            </w:r>
          </w:p>
        </w:tc>
        <w:tc>
          <w:tcPr>
            <w:tcW w:w="5047" w:type="dxa"/>
          </w:tcPr>
          <w:p w14:paraId="18994209" w14:textId="77777777" w:rsidR="002329B9" w:rsidRDefault="004D1053">
            <w:pPr>
              <w:spacing w:after="80"/>
              <w:rPr>
                <w:rFonts w:hint="eastAsia"/>
              </w:rPr>
            </w:pPr>
            <w:r>
              <w:rPr>
                <w:color w:val="545D68"/>
                <w:sz w:val="16"/>
              </w:rPr>
              <w:t>E-mail</w:t>
            </w:r>
          </w:p>
          <w:p w14:paraId="4A870F70" w14:textId="77777777" w:rsidR="002329B9" w:rsidRDefault="004D1053">
            <w:pPr>
              <w:spacing w:after="100"/>
              <w:rPr>
                <w:rFonts w:hint="eastAsia"/>
              </w:rPr>
            </w:pPr>
            <w:r>
              <w:rPr>
                <w:color w:val="AAB4BE"/>
                <w:sz w:val="16"/>
              </w:rPr>
              <w:t>________________________________________</w:t>
            </w:r>
          </w:p>
        </w:tc>
      </w:tr>
    </w:tbl>
    <w:p w14:paraId="453CD728" w14:textId="77777777" w:rsidR="002329B9" w:rsidRDefault="004D1053">
      <w:pPr>
        <w:pBdr>
          <w:bottom w:val="single" w:sz="4" w:space="0" w:color="B9C3CC"/>
        </w:pBdr>
        <w:spacing w:before="140" w:after="120"/>
        <w:rPr>
          <w:rFonts w:hint="eastAsia"/>
        </w:rPr>
      </w:pPr>
      <w:r>
        <w:rPr>
          <w:b/>
          <w:color w:val="173C68"/>
          <w:sz w:val="19"/>
        </w:rPr>
        <w:t>DATI DEL BAMBINO O DELLA BAMBINA</w:t>
      </w:r>
    </w:p>
    <w:p w14:paraId="4A16ECDA" w14:textId="77777777" w:rsidR="002329B9" w:rsidRDefault="004D1053">
      <w:pPr>
        <w:spacing w:after="80"/>
        <w:rPr>
          <w:rFonts w:hint="eastAsia"/>
        </w:rPr>
      </w:pPr>
      <w:r>
        <w:rPr>
          <w:color w:val="545D68"/>
          <w:sz w:val="16"/>
        </w:rPr>
        <w:t>Nome e cognome</w:t>
      </w:r>
    </w:p>
    <w:p w14:paraId="6C89406F" w14:textId="77777777" w:rsidR="002329B9" w:rsidRDefault="004D1053">
      <w:pPr>
        <w:spacing w:after="100"/>
        <w:rPr>
          <w:rFonts w:hint="eastAsia"/>
        </w:rPr>
      </w:pPr>
      <w:r>
        <w:rPr>
          <w:color w:val="AAB4BE"/>
          <w:sz w:val="16"/>
        </w:rPr>
        <w:t>_________________________________________________________________________________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7"/>
        <w:gridCol w:w="5047"/>
      </w:tblGrid>
      <w:tr w:rsidR="002329B9" w14:paraId="64B44F7D" w14:textId="77777777">
        <w:tc>
          <w:tcPr>
            <w:tcW w:w="5047" w:type="dxa"/>
          </w:tcPr>
          <w:p w14:paraId="6879C8F9" w14:textId="77777777" w:rsidR="002329B9" w:rsidRDefault="004D1053">
            <w:pPr>
              <w:spacing w:after="80"/>
              <w:rPr>
                <w:rFonts w:hint="eastAsia"/>
              </w:rPr>
            </w:pPr>
            <w:r>
              <w:rPr>
                <w:color w:val="545D68"/>
                <w:sz w:val="16"/>
              </w:rPr>
              <w:t>Nato/a a</w:t>
            </w:r>
          </w:p>
          <w:p w14:paraId="231FF2F8" w14:textId="77777777" w:rsidR="002329B9" w:rsidRDefault="004D1053">
            <w:pPr>
              <w:spacing w:after="100"/>
              <w:rPr>
                <w:rFonts w:hint="eastAsia"/>
              </w:rPr>
            </w:pPr>
            <w:r>
              <w:rPr>
                <w:color w:val="AAB4BE"/>
                <w:sz w:val="16"/>
              </w:rPr>
              <w:t>________________________________________</w:t>
            </w:r>
          </w:p>
        </w:tc>
        <w:tc>
          <w:tcPr>
            <w:tcW w:w="5047" w:type="dxa"/>
          </w:tcPr>
          <w:p w14:paraId="1BB8C6E6" w14:textId="77777777" w:rsidR="002329B9" w:rsidRDefault="004D1053">
            <w:pPr>
              <w:spacing w:after="80"/>
              <w:rPr>
                <w:rFonts w:hint="eastAsia"/>
              </w:rPr>
            </w:pPr>
            <w:r>
              <w:rPr>
                <w:color w:val="545D68"/>
                <w:sz w:val="16"/>
              </w:rPr>
              <w:t>Il (gg/mm/aaaa)</w:t>
            </w:r>
          </w:p>
          <w:p w14:paraId="1AB31EE1" w14:textId="77777777" w:rsidR="002329B9" w:rsidRDefault="004D1053">
            <w:pPr>
              <w:spacing w:after="100"/>
              <w:rPr>
                <w:rFonts w:hint="eastAsia"/>
              </w:rPr>
            </w:pPr>
            <w:r>
              <w:rPr>
                <w:color w:val="AAB4BE"/>
                <w:sz w:val="16"/>
              </w:rPr>
              <w:t>________________________________________</w:t>
            </w:r>
          </w:p>
        </w:tc>
      </w:tr>
    </w:tbl>
    <w:p w14:paraId="745A5FA0" w14:textId="77777777" w:rsidR="002329B9" w:rsidRDefault="004D1053">
      <w:pPr>
        <w:spacing w:after="80"/>
        <w:rPr>
          <w:rFonts w:hint="eastAsia"/>
        </w:rPr>
      </w:pPr>
      <w:r>
        <w:rPr>
          <w:color w:val="545D68"/>
          <w:sz w:val="16"/>
        </w:rPr>
        <w:t>Codice fiscale</w:t>
      </w:r>
    </w:p>
    <w:p w14:paraId="4A136892" w14:textId="77777777" w:rsidR="002329B9" w:rsidRDefault="004D1053">
      <w:pPr>
        <w:spacing w:after="100"/>
        <w:rPr>
          <w:rFonts w:hint="eastAsia"/>
        </w:rPr>
      </w:pPr>
      <w:r>
        <w:rPr>
          <w:color w:val="AAB4BE"/>
          <w:sz w:val="16"/>
        </w:rPr>
        <w:t>_________________________________________________________________________________</w:t>
      </w:r>
    </w:p>
    <w:p w14:paraId="659F9529" w14:textId="77777777" w:rsidR="002329B9" w:rsidRDefault="004D1053">
      <w:pPr>
        <w:pBdr>
          <w:bottom w:val="single" w:sz="4" w:space="0" w:color="B9C3CC"/>
        </w:pBdr>
        <w:spacing w:before="140" w:after="120"/>
        <w:rPr>
          <w:rFonts w:hint="eastAsia"/>
        </w:rPr>
      </w:pPr>
      <w:r>
        <w:rPr>
          <w:b/>
          <w:color w:val="173C68"/>
          <w:sz w:val="19"/>
        </w:rPr>
        <w:t>RESIDENZA O DOMICILIO DEL BAMBINO</w:t>
      </w:r>
    </w:p>
    <w:p w14:paraId="362A23DB" w14:textId="77777777" w:rsidR="002329B9" w:rsidRDefault="004D1053">
      <w:pPr>
        <w:spacing w:before="20" w:after="80"/>
        <w:rPr>
          <w:rFonts w:hint="eastAsia"/>
        </w:rPr>
      </w:pPr>
      <w:r>
        <w:rPr>
          <w:sz w:val="17"/>
        </w:rPr>
        <w:t>☐</w:t>
      </w:r>
      <w:r>
        <w:rPr>
          <w:sz w:val="17"/>
        </w:rPr>
        <w:t xml:space="preserve">  Residente nel Comune di Papasidero       ☐  Domiciliato/a nel Comune di Papasidero</w:t>
      </w:r>
    </w:p>
    <w:p w14:paraId="09AE59DC" w14:textId="77777777" w:rsidR="002329B9" w:rsidRDefault="004D1053">
      <w:pPr>
        <w:spacing w:after="80"/>
        <w:rPr>
          <w:rFonts w:hint="eastAsia"/>
        </w:rPr>
      </w:pPr>
      <w:r>
        <w:rPr>
          <w:color w:val="545D68"/>
          <w:sz w:val="16"/>
        </w:rPr>
        <w:t>Indirizzo nel Comune di Papasidero (via, numero civico ed eventuale località)</w:t>
      </w:r>
    </w:p>
    <w:p w14:paraId="00BA0379" w14:textId="77777777" w:rsidR="002329B9" w:rsidRDefault="004D1053">
      <w:pPr>
        <w:spacing w:after="100"/>
        <w:rPr>
          <w:rFonts w:hint="eastAsia"/>
        </w:rPr>
      </w:pPr>
      <w:r>
        <w:rPr>
          <w:color w:val="AAB4BE"/>
          <w:sz w:val="16"/>
        </w:rPr>
        <w:t>_________________________________________________________________________________</w:t>
      </w:r>
    </w:p>
    <w:p w14:paraId="7B23F56C" w14:textId="77777777" w:rsidR="002329B9" w:rsidRDefault="004D1053">
      <w:pPr>
        <w:pBdr>
          <w:bottom w:val="single" w:sz="4" w:space="0" w:color="B9C3CC"/>
        </w:pBdr>
        <w:spacing w:before="140" w:after="120"/>
        <w:rPr>
          <w:rFonts w:hint="eastAsia"/>
        </w:rPr>
      </w:pPr>
      <w:r>
        <w:rPr>
          <w:b/>
          <w:color w:val="173C68"/>
          <w:sz w:val="19"/>
        </w:rPr>
        <w:t>RICHIESTA</w:t>
      </w:r>
    </w:p>
    <w:p w14:paraId="2D8B207B" w14:textId="77777777" w:rsidR="002329B9" w:rsidRDefault="004D1053">
      <w:pPr>
        <w:spacing w:after="60"/>
        <w:rPr>
          <w:rFonts w:hint="eastAsia"/>
        </w:rPr>
      </w:pPr>
      <w:r>
        <w:t>Chiedo l’iscrizione del bambino o della bambina alla ludoteca comunale.</w:t>
      </w:r>
    </w:p>
    <w:p w14:paraId="4D69D172" w14:textId="77777777" w:rsidR="002329B9" w:rsidRDefault="004D1053">
      <w:pPr>
        <w:spacing w:after="60"/>
        <w:rPr>
          <w:rFonts w:hint="eastAsia"/>
        </w:rPr>
      </w:pPr>
      <w:r>
        <w:t>Dichiaro di esercitare la responsabilità genitoriale o la tutela del minore.</w:t>
      </w:r>
    </w:p>
    <w:p w14:paraId="6F94D62E" w14:textId="77777777" w:rsidR="002329B9" w:rsidRDefault="004D1053">
      <w:pPr>
        <w:spacing w:after="60"/>
        <w:rPr>
          <w:rFonts w:hint="eastAsia"/>
        </w:rPr>
      </w:pPr>
      <w:r>
        <w:t>Dichiaro che i dati indicati nella presente domanda corrispondono al vero.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047"/>
        <w:gridCol w:w="5047"/>
      </w:tblGrid>
      <w:tr w:rsidR="002329B9" w14:paraId="4C0ABDF6" w14:textId="77777777">
        <w:tc>
          <w:tcPr>
            <w:tcW w:w="5047" w:type="dxa"/>
          </w:tcPr>
          <w:p w14:paraId="61C1BE34" w14:textId="77777777" w:rsidR="00F06FC7" w:rsidRDefault="00F06FC7">
            <w:pPr>
              <w:spacing w:after="80"/>
              <w:rPr>
                <w:color w:val="545D68"/>
                <w:sz w:val="16"/>
              </w:rPr>
            </w:pPr>
          </w:p>
          <w:p w14:paraId="01C0F08E" w14:textId="77777777" w:rsidR="00F06FC7" w:rsidRDefault="00F06FC7">
            <w:pPr>
              <w:spacing w:after="80"/>
              <w:rPr>
                <w:color w:val="545D68"/>
                <w:sz w:val="16"/>
              </w:rPr>
            </w:pPr>
          </w:p>
          <w:p w14:paraId="0ECC14F4" w14:textId="77777777" w:rsidR="00F06FC7" w:rsidRDefault="00F06FC7">
            <w:pPr>
              <w:spacing w:after="80"/>
              <w:rPr>
                <w:color w:val="545D68"/>
                <w:sz w:val="16"/>
              </w:rPr>
            </w:pPr>
          </w:p>
          <w:p w14:paraId="3B88A959" w14:textId="77777777" w:rsidR="00F06FC7" w:rsidRDefault="00F06FC7">
            <w:pPr>
              <w:spacing w:after="80"/>
              <w:rPr>
                <w:color w:val="545D68"/>
                <w:sz w:val="16"/>
              </w:rPr>
            </w:pPr>
          </w:p>
          <w:p w14:paraId="11F65D15" w14:textId="77777777" w:rsidR="00F06FC7" w:rsidRDefault="00F06FC7">
            <w:pPr>
              <w:spacing w:after="80"/>
              <w:rPr>
                <w:color w:val="545D68"/>
                <w:sz w:val="16"/>
              </w:rPr>
            </w:pPr>
          </w:p>
          <w:p w14:paraId="3BE9A5C3" w14:textId="04D59D0B" w:rsidR="002329B9" w:rsidRDefault="004D1053">
            <w:pPr>
              <w:spacing w:after="80"/>
              <w:rPr>
                <w:rFonts w:hint="eastAsia"/>
              </w:rPr>
            </w:pPr>
            <w:proofErr w:type="spellStart"/>
            <w:r>
              <w:rPr>
                <w:color w:val="545D68"/>
                <w:sz w:val="16"/>
              </w:rPr>
              <w:t>Luogo</w:t>
            </w:r>
            <w:proofErr w:type="spellEnd"/>
            <w:r>
              <w:rPr>
                <w:color w:val="545D68"/>
                <w:sz w:val="16"/>
              </w:rPr>
              <w:t xml:space="preserve"> e data</w:t>
            </w:r>
          </w:p>
          <w:p w14:paraId="0D88F7D8" w14:textId="77777777" w:rsidR="002329B9" w:rsidRDefault="004D1053">
            <w:pPr>
              <w:spacing w:after="100"/>
              <w:rPr>
                <w:rFonts w:hint="eastAsia"/>
              </w:rPr>
            </w:pPr>
            <w:r>
              <w:rPr>
                <w:color w:val="AAB4BE"/>
                <w:sz w:val="16"/>
              </w:rPr>
              <w:t>________________________________________</w:t>
            </w:r>
          </w:p>
        </w:tc>
        <w:tc>
          <w:tcPr>
            <w:tcW w:w="5047" w:type="dxa"/>
          </w:tcPr>
          <w:p w14:paraId="6538C0C2" w14:textId="77777777" w:rsidR="00F06FC7" w:rsidRDefault="00F06FC7">
            <w:pPr>
              <w:spacing w:after="80"/>
              <w:rPr>
                <w:color w:val="545D68"/>
                <w:sz w:val="16"/>
              </w:rPr>
            </w:pPr>
          </w:p>
          <w:p w14:paraId="54C6AD46" w14:textId="77777777" w:rsidR="00F06FC7" w:rsidRDefault="00F06FC7">
            <w:pPr>
              <w:spacing w:after="80"/>
              <w:rPr>
                <w:color w:val="545D68"/>
                <w:sz w:val="16"/>
              </w:rPr>
            </w:pPr>
          </w:p>
          <w:p w14:paraId="5A98D051" w14:textId="00ABD310" w:rsidR="002329B9" w:rsidRDefault="00F06FC7">
            <w:pPr>
              <w:spacing w:after="80"/>
              <w:rPr>
                <w:rFonts w:hint="eastAsia"/>
              </w:rPr>
            </w:pPr>
            <w:r>
              <w:rPr>
                <w:color w:val="545D68"/>
                <w:sz w:val="16"/>
              </w:rPr>
              <w:t xml:space="preserve">        </w:t>
            </w:r>
            <w:proofErr w:type="spellStart"/>
            <w:r w:rsidR="004D1053">
              <w:rPr>
                <w:color w:val="545D68"/>
                <w:sz w:val="16"/>
              </w:rPr>
              <w:t>Firma</w:t>
            </w:r>
            <w:proofErr w:type="spellEnd"/>
            <w:r w:rsidR="004D1053">
              <w:rPr>
                <w:color w:val="545D68"/>
                <w:sz w:val="16"/>
              </w:rPr>
              <w:t xml:space="preserve"> del </w:t>
            </w:r>
            <w:proofErr w:type="spellStart"/>
            <w:r w:rsidR="004D1053">
              <w:rPr>
                <w:color w:val="545D68"/>
                <w:sz w:val="16"/>
              </w:rPr>
              <w:t>genitore</w:t>
            </w:r>
            <w:proofErr w:type="spellEnd"/>
            <w:r w:rsidR="004D1053">
              <w:rPr>
                <w:color w:val="545D68"/>
                <w:sz w:val="16"/>
              </w:rPr>
              <w:t xml:space="preserve"> </w:t>
            </w:r>
          </w:p>
          <w:p w14:paraId="337C8BC4" w14:textId="77777777" w:rsidR="002329B9" w:rsidRDefault="004D1053">
            <w:pPr>
              <w:spacing w:after="100"/>
              <w:rPr>
                <w:rFonts w:hint="eastAsia"/>
              </w:rPr>
            </w:pPr>
            <w:r>
              <w:rPr>
                <w:color w:val="AAB4BE"/>
                <w:sz w:val="16"/>
              </w:rPr>
              <w:t>________________________________________</w:t>
            </w:r>
          </w:p>
        </w:tc>
      </w:tr>
    </w:tbl>
    <w:p w14:paraId="53266573" w14:textId="6F825B20" w:rsidR="002329B9" w:rsidRDefault="004D1053">
      <w:pPr>
        <w:spacing w:before="160"/>
        <w:rPr>
          <w:rFonts w:hint="eastAsia"/>
        </w:rPr>
      </w:pPr>
      <w:r>
        <w:rPr>
          <w:b/>
          <w:color w:val="173C68"/>
          <w:sz w:val="17"/>
        </w:rPr>
        <w:t xml:space="preserve">La domanda compilata e firmata deve essere presentata entro il 9 </w:t>
      </w:r>
      <w:proofErr w:type="spellStart"/>
      <w:r>
        <w:rPr>
          <w:b/>
          <w:color w:val="173C68"/>
          <w:sz w:val="17"/>
        </w:rPr>
        <w:t>ottobre</w:t>
      </w:r>
      <w:proofErr w:type="spellEnd"/>
      <w:r>
        <w:rPr>
          <w:b/>
          <w:color w:val="173C68"/>
          <w:sz w:val="17"/>
        </w:rPr>
        <w:t xml:space="preserve"> 2026</w:t>
      </w:r>
      <w:r w:rsidR="00F06FC7">
        <w:rPr>
          <w:b/>
          <w:color w:val="173C68"/>
          <w:sz w:val="17"/>
        </w:rPr>
        <w:t xml:space="preserve"> con </w:t>
      </w:r>
      <w:proofErr w:type="spellStart"/>
      <w:r w:rsidR="00F06FC7">
        <w:rPr>
          <w:b/>
          <w:color w:val="173C68"/>
          <w:sz w:val="17"/>
        </w:rPr>
        <w:t>allegato</w:t>
      </w:r>
      <w:proofErr w:type="spellEnd"/>
      <w:r w:rsidR="00F06FC7">
        <w:rPr>
          <w:b/>
          <w:color w:val="173C68"/>
          <w:sz w:val="17"/>
        </w:rPr>
        <w:t xml:space="preserve"> </w:t>
      </w:r>
      <w:proofErr w:type="spellStart"/>
      <w:r w:rsidR="00F06FC7">
        <w:rPr>
          <w:b/>
          <w:color w:val="173C68"/>
          <w:sz w:val="17"/>
        </w:rPr>
        <w:t>documento</w:t>
      </w:r>
      <w:proofErr w:type="spellEnd"/>
      <w:r w:rsidR="00F06FC7">
        <w:rPr>
          <w:b/>
          <w:color w:val="173C68"/>
          <w:sz w:val="17"/>
        </w:rPr>
        <w:t xml:space="preserve"> del </w:t>
      </w:r>
      <w:proofErr w:type="spellStart"/>
      <w:r w:rsidR="00F06FC7">
        <w:rPr>
          <w:b/>
          <w:color w:val="173C68"/>
          <w:sz w:val="17"/>
        </w:rPr>
        <w:t>dichiarante</w:t>
      </w:r>
      <w:proofErr w:type="spellEnd"/>
      <w:r w:rsidR="00F06FC7">
        <w:rPr>
          <w:b/>
          <w:color w:val="173C68"/>
          <w:sz w:val="17"/>
        </w:rPr>
        <w:t>.</w:t>
      </w:r>
    </w:p>
    <w:sectPr w:rsidR="002329B9" w:rsidSect="00034616">
      <w:pgSz w:w="11909" w:h="16834"/>
      <w:pgMar w:top="893" w:right="907" w:bottom="86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2309092">
    <w:abstractNumId w:val="8"/>
  </w:num>
  <w:num w:numId="2" w16cid:durableId="2106807906">
    <w:abstractNumId w:val="6"/>
  </w:num>
  <w:num w:numId="3" w16cid:durableId="2068142723">
    <w:abstractNumId w:val="5"/>
  </w:num>
  <w:num w:numId="4" w16cid:durableId="238248772">
    <w:abstractNumId w:val="4"/>
  </w:num>
  <w:num w:numId="5" w16cid:durableId="347605371">
    <w:abstractNumId w:val="7"/>
  </w:num>
  <w:num w:numId="6" w16cid:durableId="1451363788">
    <w:abstractNumId w:val="3"/>
  </w:num>
  <w:num w:numId="7" w16cid:durableId="2139637996">
    <w:abstractNumId w:val="2"/>
  </w:num>
  <w:num w:numId="8" w16cid:durableId="276789687">
    <w:abstractNumId w:val="1"/>
  </w:num>
  <w:num w:numId="9" w16cid:durableId="1177769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29B9"/>
    <w:rsid w:val="0029639D"/>
    <w:rsid w:val="00326F90"/>
    <w:rsid w:val="004D1053"/>
    <w:rsid w:val="007C0C56"/>
    <w:rsid w:val="00AA1D8D"/>
    <w:rsid w:val="00B47730"/>
    <w:rsid w:val="00CB0664"/>
    <w:rsid w:val="00E3169A"/>
    <w:rsid w:val="00F06F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A6E90"/>
  <w14:defaultImageDpi w14:val="300"/>
  <w15:docId w15:val="{76CEB830-6146-4E26-AD81-D7018F50E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/>
    </w:pPr>
    <w:rPr>
      <w:rFonts w:ascii="Aptos" w:hAnsi="Aptos"/>
      <w:color w:val="21272E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Segretaria</cp:lastModifiedBy>
  <cp:revision>4</cp:revision>
  <dcterms:created xsi:type="dcterms:W3CDTF">2013-12-23T23:15:00Z</dcterms:created>
  <dcterms:modified xsi:type="dcterms:W3CDTF">2026-09-28T11:00:00Z</dcterms:modified>
  <cp:category/>
</cp:coreProperties>
</file>